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i w:val="0"/>
          <w:sz w:val="22"/>
        </w:rPr>
        <w:t>[Nom de votre entreprise]</w:t>
      </w:r>
    </w:p>
    <w:p>
      <w:pPr>
        <w:spacing w:after="0"/>
      </w:pPr>
      <w:r>
        <w:rPr>
          <w:b w:val="0"/>
          <w:i w:val="0"/>
          <w:sz w:val="22"/>
        </w:rPr>
        <w:t>[Rue et numéro]</w:t>
      </w:r>
    </w:p>
    <w:p>
      <w:pPr>
        <w:spacing w:after="0"/>
      </w:pPr>
      <w:r>
        <w:rPr>
          <w:b w:val="0"/>
          <w:i w:val="0"/>
          <w:sz w:val="22"/>
        </w:rPr>
        <w:t>[NPA et localité]</w:t>
      </w:r>
    </w:p>
    <w:p>
      <w:pPr>
        <w:spacing w:after="360"/>
      </w:pPr>
      <w:r>
        <w:rPr>
          <w:b w:val="0"/>
          <w:i w:val="0"/>
          <w:sz w:val="22"/>
        </w:rPr>
        <w:t>[Adresse e-mail] · [Numéro de téléphone]</w:t>
      </w:r>
    </w:p>
    <w:p>
      <w:pPr>
        <w:spacing w:after="0"/>
      </w:pPr>
      <w:r>
        <w:rPr>
          <w:b/>
          <w:i w:val="0"/>
          <w:sz w:val="22"/>
        </w:rPr>
        <w:t>Google Switzerland GmbH</w:t>
      </w:r>
    </w:p>
    <w:p>
      <w:pPr>
        <w:spacing w:after="0"/>
      </w:pPr>
      <w:r>
        <w:rPr>
          <w:b w:val="0"/>
          <w:i w:val="0"/>
          <w:sz w:val="22"/>
        </w:rPr>
        <w:t>Brandschenkestrasse 110</w:t>
      </w:r>
    </w:p>
    <w:p>
      <w:pPr>
        <w:spacing w:after="360"/>
      </w:pPr>
      <w:r>
        <w:rPr>
          <w:b w:val="0"/>
          <w:i w:val="0"/>
          <w:sz w:val="22"/>
        </w:rPr>
        <w:t>8002 Zurich</w:t>
      </w:r>
    </w:p>
    <w:p>
      <w:pPr>
        <w:spacing w:after="360"/>
        <w:jc w:val="right"/>
      </w:pPr>
      <w:r>
        <w:rPr>
          <w:b w:val="0"/>
          <w:i w:val="0"/>
          <w:sz w:val="22"/>
        </w:rPr>
        <w:t>[Lieu], le [date]</w:t>
      </w:r>
    </w:p>
    <w:p>
      <w:pPr>
        <w:spacing w:after="280"/>
      </w:pPr>
      <w:r>
        <w:rPr>
          <w:b/>
          <w:i w:val="0"/>
          <w:sz w:val="24"/>
        </w:rPr>
        <w:t>Demande de suppression d'un avis Google, [nom de votre fiche Google Business]</w:t>
      </w:r>
    </w:p>
    <w:p>
      <w:pPr>
        <w:spacing w:after="200"/>
      </w:pPr>
      <w:r>
        <w:rPr>
          <w:b w:val="0"/>
          <w:i w:val="0"/>
          <w:sz w:val="22"/>
        </w:rPr>
        <w:t>Madame, Monsieur,</w:t>
      </w:r>
    </w:p>
    <w:p>
      <w:pPr>
        <w:spacing w:after="200"/>
      </w:pPr>
      <w:r>
        <w:rPr>
          <w:b w:val="0"/>
          <w:i w:val="0"/>
          <w:sz w:val="22"/>
        </w:rPr>
        <w:t>Par la présente, je demande la suppression de l'avis suivant publié sur la fiche Google Business «[nom de votre fiche]» :</w:t>
      </w:r>
    </w:p>
    <w:p>
      <w:pPr>
        <w:spacing w:after="120"/>
      </w:pPr>
      <w:r>
        <w:rPr>
          <w:b/>
          <w:i w:val="0"/>
          <w:sz w:val="22"/>
        </w:rPr>
        <w:t>Informations sur l'avis</w:t>
      </w:r>
    </w:p>
    <w:p>
      <w:pPr>
        <w:spacing w:after="40"/>
      </w:pPr>
      <w:r>
        <w:rPr>
          <w:b w:val="0"/>
          <w:i w:val="0"/>
          <w:sz w:val="22"/>
        </w:rPr>
        <w:t>Nom de l'auteur : [pseudonyme de l'auteur]</w:t>
      </w:r>
    </w:p>
    <w:p>
      <w:pPr>
        <w:spacing w:after="40"/>
      </w:pPr>
      <w:r>
        <w:rPr>
          <w:b w:val="0"/>
          <w:i w:val="0"/>
          <w:sz w:val="22"/>
        </w:rPr>
        <w:t>Date de l'avis : [date]</w:t>
      </w:r>
    </w:p>
    <w:p>
      <w:pPr>
        <w:spacing w:after="40"/>
      </w:pPr>
      <w:r>
        <w:rPr>
          <w:b w:val="0"/>
          <w:i w:val="0"/>
          <w:sz w:val="22"/>
        </w:rPr>
        <w:t>Contenu / note : [citation de l'avis ou « 1 étoile sans texte »]</w:t>
      </w:r>
    </w:p>
    <w:p>
      <w:pPr>
        <w:spacing w:after="240"/>
      </w:pPr>
      <w:r>
        <w:rPr>
          <w:b w:val="0"/>
          <w:i w:val="0"/>
          <w:sz w:val="22"/>
        </w:rPr>
        <w:t>Lien vers l'avis : [URL, si disponible]</w:t>
      </w:r>
    </w:p>
    <w:p>
      <w:pPr>
        <w:spacing w:after="120"/>
      </w:pPr>
      <w:r>
        <w:rPr>
          <w:b/>
          <w:i w:val="0"/>
          <w:sz w:val="22"/>
        </w:rPr>
        <w:t>Motif de la contestation (cocher ce qui convient)</w:t>
      </w:r>
    </w:p>
    <w:p>
      <w:pPr>
        <w:spacing w:after="80"/>
        <w:ind w:left="283"/>
      </w:pPr>
      <w:r>
        <w:rPr>
          <w:sz w:val="22"/>
        </w:rPr>
        <w:t>☐  Avis falsifié / spam, l'auteur n'a jamais été client</w:t>
      </w:r>
    </w:p>
    <w:p>
      <w:pPr>
        <w:spacing w:after="80"/>
        <w:ind w:left="283"/>
      </w:pPr>
      <w:r>
        <w:rPr>
          <w:sz w:val="22"/>
        </w:rPr>
        <w:t>☐  Conflit d'intérêts, avis publié par un concurrent ou un ancien employé</w:t>
      </w:r>
    </w:p>
    <w:p>
      <w:pPr>
        <w:spacing w:after="80"/>
        <w:ind w:left="283"/>
      </w:pPr>
      <w:r>
        <w:rPr>
          <w:sz w:val="22"/>
        </w:rPr>
        <w:t>☐  Hors sujet, contenu sans rapport avec une expérience client réelle</w:t>
      </w:r>
    </w:p>
    <w:p>
      <w:pPr>
        <w:spacing w:after="80"/>
        <w:ind w:left="283"/>
      </w:pPr>
      <w:r>
        <w:rPr>
          <w:sz w:val="22"/>
        </w:rPr>
        <w:t>☐  Insulte, discours haineux ou attaque personnelle</w:t>
      </w:r>
    </w:p>
    <w:p>
      <w:pPr>
        <w:spacing w:after="80"/>
        <w:ind w:left="283"/>
      </w:pPr>
      <w:r>
        <w:rPr>
          <w:sz w:val="22"/>
        </w:rPr>
        <w:t>☐  Publication de données personnelles</w:t>
      </w:r>
    </w:p>
    <w:p>
      <w:pPr>
        <w:spacing w:after="80"/>
        <w:ind w:left="283"/>
      </w:pPr>
      <w:r>
        <w:rPr>
          <w:sz w:val="22"/>
        </w:rPr>
        <w:t>☐  Allégation de faits inexacts, atteinte à la personnalité selon l'art. 28 CC</w:t>
      </w:r>
    </w:p>
    <w:p/>
    <w:p>
      <w:pPr>
        <w:spacing w:after="120"/>
      </w:pPr>
      <w:r>
        <w:rPr>
          <w:b/>
          <w:i w:val="0"/>
          <w:sz w:val="22"/>
        </w:rPr>
        <w:t>Motivation</w:t>
      </w:r>
    </w:p>
    <w:p>
      <w:pPr>
        <w:spacing w:after="240"/>
      </w:pPr>
      <w:r>
        <w:rPr>
          <w:b w:val="0"/>
          <w:i/>
          <w:sz w:val="22"/>
        </w:rPr>
        <w:t>[Décrivez concrètement en 3 à 5 phrases pourquoi l'avis enfreint les règles de Google ou contient des faits inexacts. Restez factuel et citez des éléments vérifiables, p. ex. : « Aucun client de ce nom ne figure dans notre système de réservation sur la période concernée » ou « L'incident allégué n'a pas eu lieu, voir annexe ».]</w:t>
      </w:r>
    </w:p>
    <w:p>
      <w:pPr>
        <w:spacing w:after="120"/>
      </w:pPr>
      <w:r>
        <w:rPr>
          <w:b/>
          <w:i w:val="0"/>
          <w:sz w:val="22"/>
        </w:rPr>
        <w:t>Moyens de preuve</w:t>
      </w:r>
    </w:p>
    <w:p>
      <w:pPr>
        <w:spacing w:after="240"/>
      </w:pPr>
      <w:r>
        <w:rPr>
          <w:b w:val="0"/>
          <w:i/>
          <w:sz w:val="22"/>
        </w:rPr>
        <w:t>[Liste des annexes, p. ex. capture d'écran de l'avis, extrait du système de réservation, correspondance antérieure.]</w:t>
      </w:r>
    </w:p>
    <w:p>
      <w:pPr>
        <w:spacing w:after="200"/>
      </w:pPr>
      <w:r>
        <w:rPr>
          <w:b w:val="0"/>
          <w:i w:val="0"/>
          <w:sz w:val="22"/>
        </w:rPr>
        <w:t>Cet avis porte atteinte à mes intérêts économiques et personnels. Je vous prie de bien vouloir le supprimer dans un délai de 10 jours. À défaut, je me réserve expressément le droit d'engager des démarches juridiques, notamment sur la base des art. 28 ss CC.</w:t>
      </w:r>
    </w:p>
    <w:p>
      <w:pPr>
        <w:spacing w:after="480"/>
      </w:pPr>
      <w:r>
        <w:rPr>
          <w:b w:val="0"/>
          <w:i w:val="0"/>
          <w:sz w:val="22"/>
        </w:rPr>
        <w:t>En vous remerciant de votre examen, je vous prie d'agréer, Madame, Monsieur, mes salutations distinguées.</w:t>
      </w:r>
    </w:p>
    <w:p>
      <w:pPr>
        <w:spacing w:after="0"/>
      </w:pPr>
      <w:r>
        <w:rPr>
          <w:b w:val="0"/>
          <w:i w:val="0"/>
          <w:sz w:val="22"/>
        </w:rPr>
        <w:t>[Prénom Nom]</w:t>
      </w:r>
    </w:p>
    <w:p>
      <w:pPr>
        <w:spacing w:after="480"/>
      </w:pPr>
      <w:r>
        <w:rPr>
          <w:b w:val="0"/>
          <w:i w:val="0"/>
          <w:sz w:val="22"/>
        </w:rPr>
        <w:t>[Fonction, entreprise]</w:t>
      </w:r>
    </w:p>
    <w:p>
      <w:pPr>
        <w:spacing w:after="80"/>
      </w:pPr>
      <w:r>
        <w:rPr>
          <w:b w:val="0"/>
          <w:i/>
          <w:color w:val="525252"/>
          <w:sz w:val="18"/>
        </w:rPr>
        <w:t>Remarque : ce modèle ne remplace pas un conseil juridique. Le moyen le plus rapide reste le signalement directement dans le Google Business Profile, cette lettre sert d'étape d'escalade si le signalement en ligne a été refusé.</w:t>
      </w:r>
    </w:p>
    <w:p>
      <w:pPr>
        <w:spacing w:after="0"/>
      </w:pPr>
      <w:r>
        <w:rPr>
          <w:b w:val="0"/>
          <w:i w:val="0"/>
          <w:color w:val="0B4D3A"/>
          <w:sz w:val="18"/>
        </w:rPr>
        <w:t>Modèle gratuit de Swissblade, swissblade.ai · Vérifiez gratuitement quels avis sont supprimables : swissblade.ai/fr/</w:t>
      </w:r>
    </w:p>
    <w:sectPr w:rsidR="00FC693F" w:rsidRPr="0006063C" w:rsidSect="00034616">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