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b/>
          <w:i w:val="0"/>
          <w:sz w:val="22"/>
        </w:rPr>
        <w:t>[Ihr Firmenname]</w:t>
      </w:r>
    </w:p>
    <w:p>
      <w:pPr>
        <w:spacing w:after="0"/>
      </w:pPr>
      <w:r>
        <w:rPr>
          <w:b w:val="0"/>
          <w:i w:val="0"/>
          <w:sz w:val="22"/>
        </w:rPr>
        <w:t>[Strasse und Hausnummer]</w:t>
      </w:r>
    </w:p>
    <w:p>
      <w:pPr>
        <w:spacing w:after="0"/>
      </w:pPr>
      <w:r>
        <w:rPr>
          <w:b w:val="0"/>
          <w:i w:val="0"/>
          <w:sz w:val="22"/>
        </w:rPr>
        <w:t>[PLZ und Ort]</w:t>
      </w:r>
    </w:p>
    <w:p>
      <w:pPr>
        <w:spacing w:after="360"/>
      </w:pPr>
      <w:r>
        <w:rPr>
          <w:b w:val="0"/>
          <w:i w:val="0"/>
          <w:sz w:val="22"/>
        </w:rPr>
        <w:t>[E-Mail-Adresse] · [Telefonnummer]</w:t>
      </w:r>
    </w:p>
    <w:p>
      <w:pPr>
        <w:spacing w:after="0"/>
      </w:pPr>
      <w:r>
        <w:rPr>
          <w:b/>
          <w:i w:val="0"/>
          <w:sz w:val="22"/>
        </w:rPr>
        <w:t>Google Switzerland GmbH</w:t>
      </w:r>
    </w:p>
    <w:p>
      <w:pPr>
        <w:spacing w:after="0"/>
      </w:pPr>
      <w:r>
        <w:rPr>
          <w:b w:val="0"/>
          <w:i w:val="0"/>
          <w:sz w:val="22"/>
        </w:rPr>
        <w:t>Brandschenkestrasse 110</w:t>
      </w:r>
    </w:p>
    <w:p>
      <w:pPr>
        <w:spacing w:after="360"/>
      </w:pPr>
      <w:r>
        <w:rPr>
          <w:b w:val="0"/>
          <w:i w:val="0"/>
          <w:sz w:val="22"/>
        </w:rPr>
        <w:t>8002 Zürich</w:t>
      </w:r>
    </w:p>
    <w:p>
      <w:pPr>
        <w:spacing w:after="360"/>
        <w:jc w:val="right"/>
      </w:pPr>
      <w:r>
        <w:rPr>
          <w:b w:val="0"/>
          <w:i w:val="0"/>
          <w:sz w:val="22"/>
        </w:rPr>
        <w:t>[Ort], [Datum]</w:t>
      </w:r>
    </w:p>
    <w:p>
      <w:pPr>
        <w:spacing w:after="280"/>
      </w:pPr>
      <w:r>
        <w:rPr>
          <w:b/>
          <w:i w:val="0"/>
          <w:sz w:val="24"/>
        </w:rPr>
        <w:t>Antrag auf Löschung einer Google-Bewertung, [Name Ihres Google-Unternehmensprofils]</w:t>
      </w:r>
    </w:p>
    <w:p>
      <w:pPr>
        <w:spacing w:after="200"/>
      </w:pPr>
      <w:r>
        <w:rPr>
          <w:b w:val="0"/>
          <w:i w:val="0"/>
          <w:sz w:val="22"/>
        </w:rPr>
        <w:t>Sehr geehrte Damen und Herren</w:t>
      </w:r>
    </w:p>
    <w:p>
      <w:pPr>
        <w:spacing w:after="200"/>
      </w:pPr>
      <w:r>
        <w:rPr>
          <w:b w:val="0"/>
          <w:i w:val="0"/>
          <w:sz w:val="22"/>
        </w:rPr>
        <w:t>Hiermit beantrage ich die Löschung der folgenden Bewertung auf dem Google-Unternehmensprofil «[Name Ihres Profils]»:</w:t>
      </w:r>
    </w:p>
    <w:p>
      <w:pPr>
        <w:spacing w:after="120"/>
      </w:pPr>
      <w:r>
        <w:rPr>
          <w:b/>
          <w:i w:val="0"/>
          <w:sz w:val="22"/>
        </w:rPr>
        <w:t>Angaben zur Bewertung</w:t>
      </w:r>
    </w:p>
    <w:p>
      <w:pPr>
        <w:spacing w:after="40"/>
      </w:pPr>
      <w:r>
        <w:rPr>
          <w:b w:val="0"/>
          <w:i w:val="0"/>
          <w:sz w:val="22"/>
        </w:rPr>
        <w:t>Name des Rezensenten: [Anzeigename des Bewerters]</w:t>
      </w:r>
    </w:p>
    <w:p>
      <w:pPr>
        <w:spacing w:after="40"/>
      </w:pPr>
      <w:r>
        <w:rPr>
          <w:b w:val="0"/>
          <w:i w:val="0"/>
          <w:sz w:val="22"/>
        </w:rPr>
        <w:t>Datum der Bewertung: [Datum]</w:t>
      </w:r>
    </w:p>
    <w:p>
      <w:pPr>
        <w:spacing w:after="40"/>
      </w:pPr>
      <w:r>
        <w:rPr>
          <w:b w:val="0"/>
          <w:i w:val="0"/>
          <w:sz w:val="22"/>
        </w:rPr>
        <w:t>Wortlaut / Sternebewertung: [Zitat der Bewertung bzw. «1 Stern ohne Text»]</w:t>
      </w:r>
    </w:p>
    <w:p>
      <w:pPr>
        <w:spacing w:after="240"/>
      </w:pPr>
      <w:r>
        <w:rPr>
          <w:b w:val="0"/>
          <w:i w:val="0"/>
          <w:sz w:val="22"/>
        </w:rPr>
        <w:t>Link zur Bewertung: [URL, falls vorhanden]</w:t>
      </w:r>
    </w:p>
    <w:p>
      <w:pPr>
        <w:spacing w:after="120"/>
      </w:pPr>
      <w:r>
        <w:rPr>
          <w:b/>
          <w:i w:val="0"/>
          <w:sz w:val="22"/>
        </w:rPr>
        <w:t>Grund der Beanstandung (Zutreffendes ankreuzen)</w:t>
      </w:r>
    </w:p>
    <w:p>
      <w:pPr>
        <w:spacing w:after="80"/>
        <w:ind w:left="283"/>
      </w:pPr>
      <w:r>
        <w:rPr>
          <w:sz w:val="22"/>
        </w:rPr>
        <w:t>☐  Gefälschte Bewertung / Spam, der Verfasser war nie Kunde</w:t>
      </w:r>
    </w:p>
    <w:p>
      <w:pPr>
        <w:spacing w:after="80"/>
        <w:ind w:left="283"/>
      </w:pPr>
      <w:r>
        <w:rPr>
          <w:sz w:val="22"/>
        </w:rPr>
        <w:t>☐  Interessenkonflikt, Bewertung durch Konkurrenten oder ehemaligen Mitarbeiter</w:t>
      </w:r>
    </w:p>
    <w:p>
      <w:pPr>
        <w:spacing w:after="80"/>
        <w:ind w:left="283"/>
      </w:pPr>
      <w:r>
        <w:rPr>
          <w:sz w:val="22"/>
        </w:rPr>
        <w:t>☐  Off-Topic, Inhalt hat keinen Bezug zu einer tatsächlichen Kundenerfahrung</w:t>
      </w:r>
    </w:p>
    <w:p>
      <w:pPr>
        <w:spacing w:after="80"/>
        <w:ind w:left="283"/>
      </w:pPr>
      <w:r>
        <w:rPr>
          <w:sz w:val="22"/>
        </w:rPr>
        <w:t>☐  Beleidigung, Hassrede oder persönlicher Angriff</w:t>
      </w:r>
    </w:p>
    <w:p>
      <w:pPr>
        <w:spacing w:after="80"/>
        <w:ind w:left="283"/>
      </w:pPr>
      <w:r>
        <w:rPr>
          <w:sz w:val="22"/>
        </w:rPr>
        <w:t>☐  Veröffentlichung persönlicher Daten</w:t>
      </w:r>
    </w:p>
    <w:p>
      <w:pPr>
        <w:spacing w:after="80"/>
        <w:ind w:left="283"/>
      </w:pPr>
      <w:r>
        <w:rPr>
          <w:sz w:val="22"/>
        </w:rPr>
        <w:t>☐  Unwahre Tatsachenbehauptung, Persönlichkeitsverletzung nach Art. 28 ZGB</w:t>
      </w:r>
    </w:p>
    <w:p/>
    <w:p>
      <w:pPr>
        <w:spacing w:after="120"/>
      </w:pPr>
      <w:r>
        <w:rPr>
          <w:b/>
          <w:i w:val="0"/>
          <w:sz w:val="22"/>
        </w:rPr>
        <w:t>Begründung</w:t>
      </w:r>
    </w:p>
    <w:p>
      <w:pPr>
        <w:spacing w:after="240"/>
      </w:pPr>
      <w:r>
        <w:rPr>
          <w:b w:val="0"/>
          <w:i/>
          <w:sz w:val="22"/>
        </w:rPr>
        <w:t>[Beschreiben Sie in 3-5 Sätzen konkret, warum die Bewertung gegen die Google-Richtlinien verstösst oder unwahre Tatsachen behauptet. Bleiben Sie sachlich und nennen Sie überprüfbare Fakten, z. B.: «In unserem Buchungssystem existiert kein Kunde mit diesem Namen im genannten Zeitraum» oder «Der behauptete Vorfall hat nachweislich nicht stattgefunden, siehe Beilage».]</w:t>
      </w:r>
    </w:p>
    <w:p>
      <w:pPr>
        <w:spacing w:after="120"/>
      </w:pPr>
      <w:r>
        <w:rPr>
          <w:b/>
          <w:i w:val="0"/>
          <w:sz w:val="22"/>
        </w:rPr>
        <w:t>Beweismittel</w:t>
      </w:r>
    </w:p>
    <w:p>
      <w:pPr>
        <w:spacing w:after="240"/>
      </w:pPr>
      <w:r>
        <w:rPr>
          <w:b w:val="0"/>
          <w:i/>
          <w:sz w:val="22"/>
        </w:rPr>
        <w:t>[Liste der Beilagen, z. B. Screenshot der Bewertung, Auszug aus dem Buchungssystem, frühere Korrespondenz.]</w:t>
      </w:r>
    </w:p>
    <w:p>
      <w:pPr>
        <w:spacing w:after="200"/>
      </w:pPr>
      <w:r>
        <w:rPr>
          <w:b w:val="0"/>
          <w:i w:val="0"/>
          <w:sz w:val="22"/>
        </w:rPr>
        <w:t>Die Bewertung verletzt mich in meinen wirtschaftlichen und persönlichen Interessen. Ich ersuche Sie, die Bewertung innert 10 Tagen zu entfernen. Sollte die Bewertung nicht entfernt werden, behalte ich mir rechtliche Schritte ausdrücklich vor, insbesondere gestützt auf Art. 28 ff. ZGB.</w:t>
      </w:r>
    </w:p>
    <w:p>
      <w:pPr>
        <w:spacing w:after="480"/>
      </w:pPr>
      <w:r>
        <w:rPr>
          <w:b w:val="0"/>
          <w:i w:val="0"/>
          <w:sz w:val="22"/>
        </w:rPr>
        <w:t>Besten Dank für die Prüfung und freundliche Grüsse</w:t>
      </w:r>
    </w:p>
    <w:p>
      <w:pPr>
        <w:spacing w:after="0"/>
      </w:pPr>
      <w:r>
        <w:rPr>
          <w:b w:val="0"/>
          <w:i w:val="0"/>
          <w:sz w:val="22"/>
        </w:rPr>
        <w:t>[Vorname Name]</w:t>
      </w:r>
    </w:p>
    <w:p>
      <w:pPr>
        <w:spacing w:after="480"/>
      </w:pPr>
      <w:r>
        <w:rPr>
          <w:b w:val="0"/>
          <w:i w:val="0"/>
          <w:sz w:val="22"/>
        </w:rPr>
        <w:t>[Funktion, Firma]</w:t>
      </w:r>
    </w:p>
    <w:p>
      <w:pPr>
        <w:spacing w:after="80"/>
      </w:pPr>
      <w:r>
        <w:rPr>
          <w:b w:val="0"/>
          <w:i/>
          <w:color w:val="525252"/>
          <w:sz w:val="18"/>
        </w:rPr>
        <w:t>Hinweis: Diese Vorlage ersetzt keine Rechtsberatung. Der schnellste Weg ist meist die Meldung direkt im Google Business Profile, der Brief eignet sich als Eskalationsstufe, wenn die Online-Meldung abgelehnt wurde.</w:t>
      </w:r>
    </w:p>
    <w:p>
      <w:pPr>
        <w:spacing w:after="0"/>
      </w:pPr>
      <w:r>
        <w:rPr>
          <w:b w:val="0"/>
          <w:i w:val="0"/>
          <w:color w:val="0B4D3A"/>
          <w:sz w:val="18"/>
        </w:rPr>
        <w:t>Kostenlose Vorlage von Swissblade, swissblade.ai · Prüfe kostenlos, welche deiner Bewertungen entfernbar sind: swissblade.ai/de/</w:t>
      </w:r>
    </w:p>
    <w:sectPr w:rsidR="00FC693F" w:rsidRPr="0006063C" w:rsidSect="00034616">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